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86E2E" w14:textId="77777777" w:rsidR="00E2253E" w:rsidRPr="00366925" w:rsidRDefault="00000000">
      <w:pPr>
        <w:ind w:left="4677"/>
        <w:rPr>
          <w:lang w:val="ru-RU"/>
        </w:rPr>
      </w:pPr>
      <w:r>
        <w:rPr>
          <w:lang w:val="uk-UA" w:eastAsia="uk-UA"/>
        </w:rPr>
        <w:t>Ректору НУ «Запорізька політехніка»</w:t>
      </w:r>
    </w:p>
    <w:p w14:paraId="7E97C110" w14:textId="77777777" w:rsidR="00E2253E" w:rsidRPr="00366925" w:rsidRDefault="00000000">
      <w:pPr>
        <w:ind w:left="4677"/>
        <w:rPr>
          <w:lang w:val="ru-RU"/>
        </w:rPr>
      </w:pPr>
      <w:r>
        <w:rPr>
          <w:lang w:val="uk-UA" w:eastAsia="uk-UA"/>
        </w:rPr>
        <w:t>проф. Віктору ГРЕШТІ</w:t>
      </w:r>
    </w:p>
    <w:p w14:paraId="1ED66CC3" w14:textId="77777777" w:rsidR="00E2253E" w:rsidRPr="00366925" w:rsidRDefault="00000000">
      <w:pPr>
        <w:ind w:left="4677"/>
        <w:rPr>
          <w:lang w:val="ru-RU"/>
        </w:rPr>
      </w:pPr>
      <w:proofErr w:type="spellStart"/>
      <w:r w:rsidRPr="00366925">
        <w:rPr>
          <w:lang w:val="ru-RU"/>
        </w:rPr>
        <w:t>завідувача</w:t>
      </w:r>
      <w:proofErr w:type="spellEnd"/>
      <w:r w:rsidRPr="00366925">
        <w:rPr>
          <w:lang w:val="ru-RU"/>
        </w:rPr>
        <w:t xml:space="preserve"> </w:t>
      </w:r>
      <w:proofErr w:type="spellStart"/>
      <w:r w:rsidRPr="00366925">
        <w:rPr>
          <w:lang w:val="ru-RU"/>
        </w:rPr>
        <w:t>кафедри</w:t>
      </w:r>
      <w:proofErr w:type="spellEnd"/>
      <w:r w:rsidRPr="00366925">
        <w:rPr>
          <w:lang w:val="ru-RU"/>
        </w:rPr>
        <w:t xml:space="preserve"> «[НАЗВА КАФЕДРИ]»,</w:t>
      </w:r>
    </w:p>
    <w:p w14:paraId="231748B0" w14:textId="77777777" w:rsidR="00E2253E" w:rsidRPr="00366925" w:rsidRDefault="00000000">
      <w:pPr>
        <w:ind w:left="4677"/>
        <w:rPr>
          <w:lang w:val="ru-RU"/>
        </w:rPr>
      </w:pPr>
      <w:r w:rsidRPr="00366925">
        <w:rPr>
          <w:lang w:val="ru-RU"/>
        </w:rPr>
        <w:t>[НАУКОВИЙ СТУПІНЬ / ВЧЕНЕ ЗВАННЯ]</w:t>
      </w:r>
    </w:p>
    <w:p w14:paraId="4F4C453A" w14:textId="77777777" w:rsidR="00E2253E" w:rsidRPr="00366925" w:rsidRDefault="00000000">
      <w:pPr>
        <w:ind w:left="4677"/>
        <w:rPr>
          <w:lang w:val="ru-RU"/>
        </w:rPr>
      </w:pPr>
      <w:r w:rsidRPr="00366925">
        <w:rPr>
          <w:lang w:val="ru-RU"/>
        </w:rPr>
        <w:t>[ІМ’Я ПРІЗВИЩЕ ЗАВІДУВАЧА КАФЕДРИ]</w:t>
      </w:r>
    </w:p>
    <w:p w14:paraId="3C08B23D" w14:textId="77777777" w:rsidR="00E2253E" w:rsidRPr="00366925" w:rsidRDefault="00E2253E">
      <w:pPr>
        <w:spacing w:line="240" w:lineRule="auto"/>
        <w:rPr>
          <w:lang w:val="ru-RU"/>
        </w:rPr>
      </w:pPr>
    </w:p>
    <w:p w14:paraId="34AAA4C7" w14:textId="77777777" w:rsidR="00E2253E" w:rsidRPr="00366925" w:rsidRDefault="00000000">
      <w:pPr>
        <w:jc w:val="center"/>
        <w:rPr>
          <w:lang w:val="ru-RU"/>
        </w:rPr>
      </w:pPr>
      <w:r>
        <w:rPr>
          <w:b/>
          <w:lang w:val="uk-UA" w:eastAsia="uk-UA"/>
        </w:rPr>
        <w:t>СЛУЖБОВА ЗАПИСКА</w:t>
      </w:r>
    </w:p>
    <w:p w14:paraId="11803F3C" w14:textId="77777777" w:rsidR="00E2253E" w:rsidRPr="00366925" w:rsidRDefault="00000000">
      <w:pPr>
        <w:jc w:val="center"/>
        <w:rPr>
          <w:lang w:val="ru-RU"/>
        </w:rPr>
      </w:pPr>
      <w:r>
        <w:rPr>
          <w:lang w:val="uk-UA" w:eastAsia="uk-UA"/>
        </w:rPr>
        <w:t>щодо наміру акредитувати освітню програму</w:t>
      </w:r>
    </w:p>
    <w:p w14:paraId="0006AB94" w14:textId="77777777" w:rsidR="00E2253E" w:rsidRPr="00366925" w:rsidRDefault="00000000">
      <w:pPr>
        <w:jc w:val="center"/>
        <w:rPr>
          <w:lang w:val="ru-RU"/>
        </w:rPr>
      </w:pPr>
      <w:r>
        <w:rPr>
          <w:lang w:val="uk-UA" w:eastAsia="uk-UA"/>
        </w:rPr>
        <w:t xml:space="preserve">у </w:t>
      </w:r>
      <w:r>
        <w:rPr>
          <w:shd w:val="clear" w:color="auto" w:fill="EDEDED"/>
          <w:lang w:val="uk-UA" w:eastAsia="uk-UA"/>
        </w:rPr>
        <w:t>[20__ / 20__]</w:t>
      </w:r>
      <w:r>
        <w:rPr>
          <w:lang w:val="uk-UA" w:eastAsia="uk-UA"/>
        </w:rPr>
        <w:t xml:space="preserve"> навчальному році</w:t>
      </w:r>
    </w:p>
    <w:p w14:paraId="1AF10AE2" w14:textId="77777777" w:rsidR="00E2253E" w:rsidRPr="00366925" w:rsidRDefault="00000000">
      <w:pPr>
        <w:spacing w:before="120"/>
        <w:ind w:firstLine="709"/>
        <w:jc w:val="both"/>
        <w:rPr>
          <w:lang w:val="ru-RU"/>
        </w:rPr>
      </w:pPr>
      <w:r>
        <w:rPr>
          <w:lang w:val="uk-UA" w:eastAsia="uk-UA"/>
        </w:rPr>
        <w:t>Відповідно до Закону України «Про вищу освіту» та Положення про акредитацію освітніх програм, прошу надати дозвіл на ініціювання процедури акредитації та включення зазначеної нижче освітньої програми до переліку освітніх програм НУ «Запорізька політехніка», щодо яких у встановлені Національним агентством із забезпечення якості вищої освіти строки буде подано повідомлення про намір акредитувати освітню програму:</w:t>
      </w:r>
    </w:p>
    <w:p w14:paraId="2C3B49D5" w14:textId="77777777" w:rsidR="00E2253E" w:rsidRPr="00366925" w:rsidRDefault="00000000">
      <w:pPr>
        <w:ind w:firstLine="709"/>
        <w:jc w:val="both"/>
        <w:rPr>
          <w:lang w:val="ru-RU"/>
        </w:rPr>
      </w:pPr>
      <w:r>
        <w:rPr>
          <w:b/>
          <w:lang w:val="uk-UA" w:eastAsia="uk-UA"/>
        </w:rPr>
        <w:t xml:space="preserve">Галузь знань: </w:t>
      </w:r>
      <w:r>
        <w:rPr>
          <w:shd w:val="clear" w:color="auto" w:fill="EDEDED"/>
          <w:lang w:val="uk-UA" w:eastAsia="uk-UA"/>
        </w:rPr>
        <w:t>[ШИФР ТА НАЗВА ГАЛУЗІ ЗНАНЬ]</w:t>
      </w:r>
    </w:p>
    <w:p w14:paraId="798C4DA9" w14:textId="77777777" w:rsidR="00E2253E" w:rsidRPr="00366925" w:rsidRDefault="00000000">
      <w:pPr>
        <w:ind w:firstLine="709"/>
        <w:jc w:val="both"/>
        <w:rPr>
          <w:lang w:val="ru-RU"/>
        </w:rPr>
      </w:pPr>
      <w:r>
        <w:rPr>
          <w:b/>
          <w:lang w:val="uk-UA" w:eastAsia="uk-UA"/>
        </w:rPr>
        <w:t xml:space="preserve">Спеціальність: </w:t>
      </w:r>
      <w:r>
        <w:rPr>
          <w:shd w:val="clear" w:color="auto" w:fill="EDEDED"/>
          <w:lang w:val="uk-UA" w:eastAsia="uk-UA"/>
        </w:rPr>
        <w:t>[КОД ТА НАЗВА СПЕЦІАЛЬНОСТІ]</w:t>
      </w:r>
    </w:p>
    <w:p w14:paraId="168C5212" w14:textId="77777777" w:rsidR="00E2253E" w:rsidRPr="00366925" w:rsidRDefault="00000000">
      <w:pPr>
        <w:ind w:firstLine="709"/>
        <w:jc w:val="both"/>
        <w:rPr>
          <w:lang w:val="ru-RU"/>
        </w:rPr>
      </w:pPr>
      <w:r>
        <w:rPr>
          <w:b/>
          <w:lang w:val="uk-UA" w:eastAsia="uk-UA"/>
        </w:rPr>
        <w:t xml:space="preserve">Освітня програма: </w:t>
      </w:r>
      <w:r>
        <w:rPr>
          <w:shd w:val="clear" w:color="auto" w:fill="EDEDED"/>
          <w:lang w:val="uk-UA" w:eastAsia="uk-UA"/>
        </w:rPr>
        <w:t>[ПОВНА НАЗВА ОСВІТНЬОЇ ПРОГРАМИ]</w:t>
      </w:r>
    </w:p>
    <w:p w14:paraId="203531D1" w14:textId="77777777" w:rsidR="00E2253E" w:rsidRPr="00366925" w:rsidRDefault="00000000">
      <w:pPr>
        <w:ind w:firstLine="709"/>
        <w:jc w:val="both"/>
        <w:rPr>
          <w:lang w:val="ru-RU"/>
        </w:rPr>
      </w:pPr>
      <w:r>
        <w:rPr>
          <w:b/>
          <w:lang w:val="uk-UA" w:eastAsia="uk-UA"/>
        </w:rPr>
        <w:t xml:space="preserve">Рівень вищої освіти: </w:t>
      </w:r>
      <w:r>
        <w:rPr>
          <w:shd w:val="clear" w:color="auto" w:fill="EDEDED"/>
          <w:lang w:val="uk-UA" w:eastAsia="uk-UA"/>
        </w:rPr>
        <w:t>[ПЕРШИЙ / ДРУГИЙ / ТРЕТІЙ РІВЕНЬ]</w:t>
      </w:r>
    </w:p>
    <w:p w14:paraId="33C4D806" w14:textId="77777777" w:rsidR="00E2253E" w:rsidRPr="00366925" w:rsidRDefault="00000000">
      <w:pPr>
        <w:ind w:firstLine="709"/>
        <w:jc w:val="both"/>
        <w:rPr>
          <w:lang w:val="ru-RU"/>
        </w:rPr>
      </w:pPr>
      <w:r>
        <w:rPr>
          <w:b/>
          <w:lang w:val="uk-UA" w:eastAsia="uk-UA"/>
        </w:rPr>
        <w:t xml:space="preserve">Тип освітньої програми: </w:t>
      </w:r>
      <w:r>
        <w:rPr>
          <w:shd w:val="clear" w:color="auto" w:fill="EDEDED"/>
          <w:lang w:val="uk-UA" w:eastAsia="uk-UA"/>
        </w:rPr>
        <w:t>[ОПП / ОНП]</w:t>
      </w:r>
    </w:p>
    <w:p w14:paraId="21A02164" w14:textId="77777777" w:rsidR="00E2253E" w:rsidRPr="00366925" w:rsidRDefault="00000000">
      <w:pPr>
        <w:ind w:firstLine="709"/>
        <w:jc w:val="both"/>
        <w:rPr>
          <w:lang w:val="ru-RU"/>
        </w:rPr>
      </w:pPr>
      <w:r>
        <w:rPr>
          <w:b/>
          <w:lang w:val="uk-UA" w:eastAsia="uk-UA"/>
        </w:rPr>
        <w:t xml:space="preserve">Форма здобуття освіти: </w:t>
      </w:r>
      <w:r>
        <w:rPr>
          <w:shd w:val="clear" w:color="auto" w:fill="EDEDED"/>
          <w:lang w:val="uk-UA" w:eastAsia="uk-UA"/>
        </w:rPr>
        <w:t>[ДЕННА / ЗАОЧНА / ІНША]</w:t>
      </w:r>
    </w:p>
    <w:p w14:paraId="172DD08C" w14:textId="77777777" w:rsidR="00E2253E" w:rsidRPr="00366925" w:rsidRDefault="00000000">
      <w:pPr>
        <w:spacing w:before="80"/>
        <w:ind w:firstLine="709"/>
        <w:jc w:val="both"/>
        <w:rPr>
          <w:lang w:val="ru-RU"/>
        </w:rPr>
      </w:pPr>
      <w:r>
        <w:rPr>
          <w:lang w:val="uk-UA" w:eastAsia="uk-UA"/>
        </w:rPr>
        <w:t xml:space="preserve">Підготовка відомостей про </w:t>
      </w:r>
      <w:proofErr w:type="spellStart"/>
      <w:r>
        <w:rPr>
          <w:lang w:val="uk-UA" w:eastAsia="uk-UA"/>
        </w:rPr>
        <w:t>самооцінювання</w:t>
      </w:r>
      <w:proofErr w:type="spellEnd"/>
      <w:r>
        <w:rPr>
          <w:lang w:val="uk-UA" w:eastAsia="uk-UA"/>
        </w:rPr>
        <w:t xml:space="preserve"> освітньої програми та доказової бази буде забезпечена гарантом ОП спільно із завідувачем кафедри, робочою групою освітньої програми та відповідними структурними підрозділами Університету.</w:t>
      </w:r>
    </w:p>
    <w:p w14:paraId="53A64ED2" w14:textId="77777777" w:rsidR="00E2253E" w:rsidRPr="00366925" w:rsidRDefault="00000000">
      <w:pPr>
        <w:spacing w:before="80"/>
        <w:ind w:firstLine="709"/>
        <w:jc w:val="both"/>
        <w:rPr>
          <w:lang w:val="ru-RU"/>
        </w:rPr>
      </w:pPr>
      <w:r>
        <w:rPr>
          <w:b/>
          <w:lang w:val="uk-UA" w:eastAsia="uk-UA"/>
        </w:rPr>
        <w:t>Відомості про гаранта ОП:</w:t>
      </w:r>
    </w:p>
    <w:p w14:paraId="2E2A9E77" w14:textId="77777777" w:rsidR="00E2253E" w:rsidRPr="00366925" w:rsidRDefault="00000000">
      <w:pPr>
        <w:spacing w:line="252" w:lineRule="auto"/>
        <w:ind w:firstLine="709"/>
        <w:jc w:val="both"/>
        <w:rPr>
          <w:lang w:val="ru-RU"/>
        </w:rPr>
      </w:pPr>
      <w:r>
        <w:rPr>
          <w:b/>
          <w:lang w:val="uk-UA" w:eastAsia="uk-UA"/>
        </w:rPr>
        <w:t xml:space="preserve">ПІБ: </w:t>
      </w:r>
      <w:r>
        <w:rPr>
          <w:shd w:val="clear" w:color="auto" w:fill="EDEDED"/>
          <w:lang w:val="uk-UA" w:eastAsia="uk-UA"/>
        </w:rPr>
        <w:t>[ПРІЗВИЩЕ ІМ’Я ПО БАТЬКОВІ]</w:t>
      </w:r>
    </w:p>
    <w:p w14:paraId="340DFC58" w14:textId="77777777" w:rsidR="00E2253E" w:rsidRPr="00366925" w:rsidRDefault="00000000">
      <w:pPr>
        <w:spacing w:line="252" w:lineRule="auto"/>
        <w:ind w:firstLine="709"/>
        <w:jc w:val="both"/>
        <w:rPr>
          <w:lang w:val="ru-RU"/>
        </w:rPr>
      </w:pPr>
      <w:r>
        <w:rPr>
          <w:b/>
          <w:lang w:val="uk-UA" w:eastAsia="uk-UA"/>
        </w:rPr>
        <w:t xml:space="preserve">Телефон: </w:t>
      </w:r>
      <w:r>
        <w:rPr>
          <w:shd w:val="clear" w:color="auto" w:fill="EDEDED"/>
          <w:lang w:val="uk-UA" w:eastAsia="uk-UA"/>
        </w:rPr>
        <w:t>[+38 ___ ___ __ __]</w:t>
      </w:r>
    </w:p>
    <w:p w14:paraId="17968FE4" w14:textId="77777777" w:rsidR="00E2253E" w:rsidRPr="00366925" w:rsidRDefault="00000000">
      <w:pPr>
        <w:spacing w:line="252" w:lineRule="auto"/>
        <w:ind w:firstLine="709"/>
        <w:jc w:val="both"/>
        <w:rPr>
          <w:lang w:val="ru-RU"/>
        </w:rPr>
      </w:pPr>
      <w:r>
        <w:rPr>
          <w:b/>
          <w:lang w:val="uk-UA" w:eastAsia="uk-UA"/>
        </w:rPr>
        <w:t>Корпоративний e-</w:t>
      </w:r>
      <w:proofErr w:type="spellStart"/>
      <w:r>
        <w:rPr>
          <w:b/>
          <w:lang w:val="uk-UA" w:eastAsia="uk-UA"/>
        </w:rPr>
        <w:t>mail</w:t>
      </w:r>
      <w:proofErr w:type="spellEnd"/>
      <w:r>
        <w:rPr>
          <w:b/>
          <w:lang w:val="uk-UA" w:eastAsia="uk-UA"/>
        </w:rPr>
        <w:t xml:space="preserve">: </w:t>
      </w:r>
      <w:r>
        <w:rPr>
          <w:shd w:val="clear" w:color="auto" w:fill="EDEDED"/>
          <w:lang w:val="uk-UA" w:eastAsia="uk-UA"/>
        </w:rPr>
        <w:t>[__________@zp.edu.ua]</w:t>
      </w:r>
    </w:p>
    <w:p w14:paraId="061AE217" w14:textId="77777777" w:rsidR="00E2253E" w:rsidRPr="00366925" w:rsidRDefault="00000000">
      <w:pPr>
        <w:spacing w:line="252" w:lineRule="auto"/>
        <w:ind w:firstLine="709"/>
        <w:jc w:val="both"/>
        <w:rPr>
          <w:lang w:val="ru-RU"/>
        </w:rPr>
      </w:pPr>
      <w:r>
        <w:rPr>
          <w:b/>
          <w:lang w:val="uk-UA" w:eastAsia="uk-UA"/>
        </w:rPr>
        <w:t>Додатковий e-</w:t>
      </w:r>
      <w:proofErr w:type="spellStart"/>
      <w:r>
        <w:rPr>
          <w:b/>
          <w:lang w:val="uk-UA" w:eastAsia="uk-UA"/>
        </w:rPr>
        <w:t>mail</w:t>
      </w:r>
      <w:proofErr w:type="spellEnd"/>
      <w:r>
        <w:rPr>
          <w:b/>
          <w:lang w:val="uk-UA" w:eastAsia="uk-UA"/>
        </w:rPr>
        <w:t xml:space="preserve"> (за наявності): </w:t>
      </w:r>
      <w:r>
        <w:rPr>
          <w:shd w:val="clear" w:color="auto" w:fill="EDEDED"/>
          <w:lang w:val="uk-UA" w:eastAsia="uk-UA"/>
        </w:rPr>
        <w:t>[________________________]</w:t>
      </w:r>
    </w:p>
    <w:p w14:paraId="5060520A" w14:textId="77777777" w:rsidR="00E2253E" w:rsidRPr="00366925" w:rsidRDefault="00E2253E">
      <w:pPr>
        <w:spacing w:line="192" w:lineRule="auto"/>
        <w:rPr>
          <w:lang w:val="ru-RU"/>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2835"/>
        <w:gridCol w:w="2948"/>
        <w:gridCol w:w="3288"/>
      </w:tblGrid>
      <w:tr w:rsidR="00E2253E" w14:paraId="2631DB55" w14:textId="77777777">
        <w:trPr>
          <w:jc w:val="center"/>
        </w:trPr>
        <w:tc>
          <w:tcPr>
            <w:tcW w:w="2835" w:type="dxa"/>
            <w:tcMar>
              <w:top w:w="0" w:type="dxa"/>
              <w:left w:w="0" w:type="dxa"/>
              <w:bottom w:w="0" w:type="dxa"/>
              <w:right w:w="0" w:type="dxa"/>
            </w:tcMar>
            <w:vAlign w:val="center"/>
          </w:tcPr>
          <w:p w14:paraId="1A3820A1" w14:textId="77777777" w:rsidR="00E2253E" w:rsidRDefault="00000000">
            <w:pPr>
              <w:spacing w:line="240" w:lineRule="auto"/>
            </w:pPr>
            <w:r>
              <w:rPr>
                <w:sz w:val="24"/>
                <w:lang w:val="uk-UA" w:eastAsia="uk-UA"/>
              </w:rPr>
              <w:t>«</w:t>
            </w:r>
            <w:r>
              <w:rPr>
                <w:sz w:val="24"/>
                <w:shd w:val="clear" w:color="auto" w:fill="EDEDED"/>
                <w:lang w:val="uk-UA" w:eastAsia="uk-UA"/>
              </w:rPr>
              <w:t>__</w:t>
            </w:r>
            <w:r>
              <w:rPr>
                <w:sz w:val="24"/>
                <w:lang w:val="uk-UA" w:eastAsia="uk-UA"/>
              </w:rPr>
              <w:t xml:space="preserve">» </w:t>
            </w:r>
            <w:r>
              <w:rPr>
                <w:sz w:val="24"/>
                <w:shd w:val="clear" w:color="auto" w:fill="EDEDED"/>
                <w:lang w:val="uk-UA" w:eastAsia="uk-UA"/>
              </w:rPr>
              <w:t>__________</w:t>
            </w:r>
            <w:r>
              <w:rPr>
                <w:sz w:val="24"/>
                <w:lang w:val="uk-UA" w:eastAsia="uk-UA"/>
              </w:rPr>
              <w:t xml:space="preserve"> 20</w:t>
            </w:r>
            <w:r>
              <w:rPr>
                <w:sz w:val="24"/>
                <w:shd w:val="clear" w:color="auto" w:fill="EDEDED"/>
                <w:lang w:val="uk-UA" w:eastAsia="uk-UA"/>
              </w:rPr>
              <w:t>__</w:t>
            </w:r>
            <w:r>
              <w:rPr>
                <w:sz w:val="24"/>
                <w:lang w:val="uk-UA" w:eastAsia="uk-UA"/>
              </w:rPr>
              <w:t xml:space="preserve"> р.</w:t>
            </w:r>
          </w:p>
        </w:tc>
        <w:tc>
          <w:tcPr>
            <w:tcW w:w="2948" w:type="dxa"/>
            <w:tcMar>
              <w:top w:w="0" w:type="dxa"/>
              <w:left w:w="0" w:type="dxa"/>
              <w:bottom w:w="0" w:type="dxa"/>
              <w:right w:w="0" w:type="dxa"/>
            </w:tcMar>
            <w:vAlign w:val="center"/>
          </w:tcPr>
          <w:p w14:paraId="76486F8A" w14:textId="77777777" w:rsidR="00E2253E" w:rsidRDefault="00000000">
            <w:pPr>
              <w:spacing w:line="240" w:lineRule="auto"/>
              <w:jc w:val="center"/>
            </w:pPr>
            <w:r>
              <w:rPr>
                <w:sz w:val="24"/>
                <w:lang w:val="uk-UA" w:eastAsia="uk-UA"/>
              </w:rPr>
              <w:t>________________</w:t>
            </w:r>
          </w:p>
          <w:p w14:paraId="53EC0408" w14:textId="77777777" w:rsidR="00E2253E" w:rsidRDefault="00000000">
            <w:pPr>
              <w:spacing w:line="192" w:lineRule="auto"/>
              <w:jc w:val="center"/>
            </w:pPr>
            <w:r>
              <w:rPr>
                <w:sz w:val="24"/>
                <w:lang w:val="uk-UA" w:eastAsia="uk-UA"/>
              </w:rPr>
              <w:t>(підпис)</w:t>
            </w:r>
          </w:p>
        </w:tc>
        <w:tc>
          <w:tcPr>
            <w:tcW w:w="3288" w:type="dxa"/>
            <w:tcMar>
              <w:top w:w="0" w:type="dxa"/>
              <w:left w:w="0" w:type="dxa"/>
              <w:bottom w:w="0" w:type="dxa"/>
              <w:right w:w="0" w:type="dxa"/>
            </w:tcMar>
            <w:vAlign w:val="center"/>
          </w:tcPr>
          <w:p w14:paraId="20638D56" w14:textId="77777777" w:rsidR="00E2253E" w:rsidRDefault="00000000">
            <w:r>
              <w:rPr>
                <w:sz w:val="24"/>
              </w:rPr>
              <w:t>[ІМ’Я ПРІЗВИЩЕ ЗАВІДУВАЧА КАФЕДРИ]</w:t>
            </w:r>
          </w:p>
        </w:tc>
      </w:tr>
    </w:tbl>
    <w:p w14:paraId="61B82378" w14:textId="77777777" w:rsidR="00A44540" w:rsidRDefault="00A44540"/>
    <w:sectPr w:rsidR="00A44540" w:rsidSect="00034616">
      <w:footerReference w:type="default" r:id="rId8"/>
      <w:pgSz w:w="11906" w:h="16838"/>
      <w:pgMar w:top="850" w:right="850" w:bottom="850"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2824D" w14:textId="77777777" w:rsidR="00A44540" w:rsidRDefault="00A44540">
      <w:pPr>
        <w:spacing w:line="240" w:lineRule="auto"/>
      </w:pPr>
      <w:r>
        <w:separator/>
      </w:r>
    </w:p>
  </w:endnote>
  <w:endnote w:type="continuationSeparator" w:id="0">
    <w:p w14:paraId="00B3F9B6" w14:textId="77777777" w:rsidR="00A44540" w:rsidRDefault="00A445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02FDB" w14:textId="04459260" w:rsidR="00E2253E" w:rsidRPr="00366925" w:rsidRDefault="00000000">
    <w:pPr>
      <w:pStyle w:val="a7"/>
      <w:jc w:val="center"/>
      <w:rPr>
        <w:lang w:val="ru-RU"/>
      </w:rPr>
    </w:pPr>
    <w:r>
      <w:rPr>
        <w:i/>
        <w:sz w:val="18"/>
        <w:lang w:val="uk-UA" w:eastAsia="uk-U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A2BBC" w14:textId="77777777" w:rsidR="00A44540" w:rsidRDefault="00A44540">
      <w:pPr>
        <w:spacing w:line="240" w:lineRule="auto"/>
      </w:pPr>
      <w:r>
        <w:separator/>
      </w:r>
    </w:p>
  </w:footnote>
  <w:footnote w:type="continuationSeparator" w:id="0">
    <w:p w14:paraId="310C354A" w14:textId="77777777" w:rsidR="00A44540" w:rsidRDefault="00A445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720206947">
    <w:abstractNumId w:val="8"/>
  </w:num>
  <w:num w:numId="2" w16cid:durableId="1515455836">
    <w:abstractNumId w:val="6"/>
  </w:num>
  <w:num w:numId="3" w16cid:durableId="453641189">
    <w:abstractNumId w:val="5"/>
  </w:num>
  <w:num w:numId="4" w16cid:durableId="1235244416">
    <w:abstractNumId w:val="4"/>
  </w:num>
  <w:num w:numId="5" w16cid:durableId="1843659908">
    <w:abstractNumId w:val="7"/>
  </w:num>
  <w:num w:numId="6" w16cid:durableId="2045979855">
    <w:abstractNumId w:val="3"/>
  </w:num>
  <w:num w:numId="7" w16cid:durableId="40448037">
    <w:abstractNumId w:val="2"/>
  </w:num>
  <w:num w:numId="8" w16cid:durableId="84768703">
    <w:abstractNumId w:val="1"/>
  </w:num>
  <w:num w:numId="9" w16cid:durableId="261500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66925"/>
    <w:rsid w:val="00A44540"/>
    <w:rsid w:val="00AA1D8D"/>
    <w:rsid w:val="00B47730"/>
    <w:rsid w:val="00B7643D"/>
    <w:rsid w:val="00CB0664"/>
    <w:rsid w:val="00E2253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43D6B7"/>
  <w14:defaultImageDpi w14:val="300"/>
  <w15:docId w15:val="{DBA54047-CF96-44BD-B543-6F719355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pPr>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929</Words>
  <Characters>530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службової записки щодо наміру акредитувати освітню програму</dc:title>
  <dc:subject>Шаблон для гарантів освітніх програм НУ «Запорізька політехніка»</dc:subject>
  <dc:creator>НУ «Запорізька політехніка»</dc:creator>
  <cp:keywords/>
  <dc:description>generated by python-docx</dc:description>
  <cp:lastModifiedBy>profqual</cp:lastModifiedBy>
  <cp:revision>3</cp:revision>
  <dcterms:created xsi:type="dcterms:W3CDTF">2013-12-23T23:15:00Z</dcterms:created>
  <dcterms:modified xsi:type="dcterms:W3CDTF">2026-08-27T13:07:00Z</dcterms:modified>
  <cp:category/>
</cp:coreProperties>
</file>